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46AB3" w14:textId="77777777" w:rsidR="00631701" w:rsidRDefault="00000000">
      <w:pPr>
        <w:spacing w:after="60"/>
        <w:jc w:val="center"/>
        <w:rPr>
          <w:lang w:eastAsia="ko-KR"/>
        </w:rPr>
      </w:pPr>
      <w:r>
        <w:rPr>
          <w:b/>
          <w:color w:val="1E1E1E"/>
          <w:sz w:val="32"/>
          <w:lang w:eastAsia="ko-KR"/>
        </w:rPr>
        <w:t>도현우  —  풀스택 테크 리드</w:t>
      </w:r>
    </w:p>
    <w:p w14:paraId="526E026F" w14:textId="77777777" w:rsidR="00631701" w:rsidRDefault="00000000">
      <w:pPr>
        <w:spacing w:after="120"/>
        <w:jc w:val="center"/>
        <w:rPr>
          <w:lang w:eastAsia="ko-KR"/>
        </w:rPr>
      </w:pPr>
      <w:r>
        <w:rPr>
          <w:color w:val="505050"/>
          <w:lang w:eastAsia="ko-KR"/>
        </w:rPr>
        <w:t>AI 바이브 코딩으로 엔지니어링 레버리지를 극대화하는 9년차 프론트엔드 기반 풀스택 테크 리드.</w:t>
      </w:r>
      <w:r>
        <w:rPr>
          <w:color w:val="505050"/>
          <w:lang w:eastAsia="ko-KR"/>
        </w:rPr>
        <w:br/>
        <w:t>JS/TS 생태계 전문성으로 초기 아키텍처 설계부터 배포까지 End-to-End를 주도합니다.</w:t>
      </w:r>
    </w:p>
    <w:p w14:paraId="61603902" w14:textId="77777777" w:rsidR="00631701" w:rsidRDefault="00000000">
      <w:pPr>
        <w:spacing w:after="40"/>
        <w:jc w:val="center"/>
      </w:pPr>
      <w:r>
        <w:rPr>
          <w:b/>
          <w:color w:val="141414"/>
          <w:sz w:val="18"/>
        </w:rPr>
        <w:t xml:space="preserve">Portfolio  </w:t>
      </w:r>
      <w:r>
        <w:rPr>
          <w:color w:val="3C64A0"/>
          <w:sz w:val="18"/>
        </w:rPr>
        <w:t>jmaes-portfolio.vercel.app</w:t>
      </w:r>
    </w:p>
    <w:p w14:paraId="4377F604" w14:textId="77777777" w:rsidR="00631701" w:rsidRDefault="00000000">
      <w:pPr>
        <w:spacing w:after="160"/>
        <w:jc w:val="center"/>
      </w:pPr>
      <w:r>
        <w:rPr>
          <w:color w:val="3C64A0"/>
          <w:sz w:val="18"/>
        </w:rPr>
        <w:t>ehgusfn123@naver.com   |   linkedin.com/in/jamesdo92   |   github.com/Dohyunwoo</w:t>
      </w:r>
    </w:p>
    <w:p w14:paraId="6C25CDB1" w14:textId="77777777" w:rsidR="00631701" w:rsidRDefault="00631701">
      <w:pPr>
        <w:pBdr>
          <w:bottom w:val="single" w:sz="4" w:space="1" w:color="CCCCCC"/>
        </w:pBdr>
        <w:spacing w:before="40" w:after="40"/>
      </w:pPr>
    </w:p>
    <w:p w14:paraId="01510221" w14:textId="77777777" w:rsidR="00631701" w:rsidRDefault="00000000">
      <w:pPr>
        <w:pBdr>
          <w:bottom w:val="single" w:sz="6" w:space="1" w:color="2563EB"/>
        </w:pBdr>
        <w:spacing w:before="160" w:after="60"/>
        <w:rPr>
          <w:lang w:eastAsia="ko-KR"/>
        </w:rPr>
      </w:pPr>
      <w:r>
        <w:rPr>
          <w:b/>
          <w:color w:val="141414"/>
          <w:sz w:val="22"/>
          <w:lang w:eastAsia="ko-KR"/>
        </w:rPr>
        <w:t>핵심 역량</w:t>
      </w:r>
    </w:p>
    <w:p w14:paraId="1BCB6529" w14:textId="77777777" w:rsidR="00631701" w:rsidRDefault="00000000">
      <w:pPr>
        <w:spacing w:after="20"/>
        <w:ind w:left="227" w:hanging="170"/>
        <w:rPr>
          <w:lang w:eastAsia="ko-KR"/>
        </w:rPr>
      </w:pPr>
      <w:r>
        <w:rPr>
          <w:color w:val="3C3C3C"/>
          <w:lang w:eastAsia="ko-KR"/>
        </w:rPr>
        <w:t xml:space="preserve">• </w:t>
      </w:r>
      <w:r>
        <w:rPr>
          <w:b/>
          <w:lang w:eastAsia="ko-KR"/>
        </w:rPr>
        <w:t>AI 기반 풀스택 엔지니어링</w:t>
      </w:r>
      <w:r>
        <w:rPr>
          <w:lang w:eastAsia="ko-KR"/>
        </w:rPr>
        <w:t xml:space="preserve"> — AI 코딩 어시스턴트(Claude Code, Cursor) 실무 전면 도입. 3개월 예상 마이그레이션 프로젝트를 1개월 내 완수(3배 가속).</w:t>
      </w:r>
    </w:p>
    <w:p w14:paraId="64F4A013" w14:textId="77777777" w:rsidR="00631701" w:rsidRDefault="00000000">
      <w:pPr>
        <w:spacing w:after="20"/>
        <w:ind w:left="227" w:hanging="170"/>
        <w:rPr>
          <w:lang w:eastAsia="ko-KR"/>
        </w:rPr>
      </w:pPr>
      <w:r>
        <w:rPr>
          <w:color w:val="3C3C3C"/>
          <w:lang w:eastAsia="ko-KR"/>
        </w:rPr>
        <w:t xml:space="preserve">• </w:t>
      </w:r>
      <w:r>
        <w:rPr>
          <w:b/>
          <w:lang w:eastAsia="ko-KR"/>
        </w:rPr>
        <w:t>엔지니어링 리더십</w:t>
      </w:r>
      <w:r>
        <w:rPr>
          <w:lang w:eastAsia="ko-KR"/>
        </w:rPr>
        <w:t xml:space="preserve"> — 8인 크로스펑셔널 팀 총괄, 17인 글로벌 개발센터 리드. 기술 실행과 비즈니스 목표를 동기화하고 아키텍처 부채를 선제적으로 해소.</w:t>
      </w:r>
    </w:p>
    <w:p w14:paraId="17ADD781" w14:textId="77777777" w:rsidR="00631701" w:rsidRDefault="00000000">
      <w:pPr>
        <w:spacing w:after="20"/>
        <w:ind w:left="227" w:hanging="170"/>
        <w:rPr>
          <w:lang w:eastAsia="ko-KR"/>
        </w:rPr>
      </w:pPr>
      <w:r>
        <w:rPr>
          <w:color w:val="3C3C3C"/>
          <w:lang w:eastAsia="ko-KR"/>
        </w:rPr>
        <w:t xml:space="preserve">• </w:t>
      </w:r>
      <w:r>
        <w:rPr>
          <w:b/>
          <w:lang w:eastAsia="ko-KR"/>
        </w:rPr>
        <w:t>확장 가능한 아키텍처</w:t>
      </w:r>
      <w:r>
        <w:rPr>
          <w:lang w:eastAsia="ko-KR"/>
        </w:rPr>
        <w:t xml:space="preserve"> — GCP Spanner · Firebase · AWS 기반 서버리스 설계. 460M rows 테이블 쿼리 최적화 및 Next.js 캐싱 구현 경험.</w:t>
      </w:r>
    </w:p>
    <w:p w14:paraId="03311C86" w14:textId="77777777" w:rsidR="00631701" w:rsidRDefault="00000000">
      <w:pPr>
        <w:pBdr>
          <w:bottom w:val="single" w:sz="6" w:space="1" w:color="2563EB"/>
        </w:pBdr>
        <w:spacing w:before="160" w:after="60"/>
      </w:pPr>
      <w:r>
        <w:rPr>
          <w:b/>
          <w:color w:val="141414"/>
          <w:sz w:val="22"/>
        </w:rPr>
        <w:t>기술 스택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418"/>
        <w:gridCol w:w="8613"/>
      </w:tblGrid>
      <w:tr w:rsidR="00631701" w14:paraId="525378DA" w14:textId="77777777" w:rsidTr="00A12684">
        <w:tc>
          <w:tcPr>
            <w:tcW w:w="1418" w:type="dxa"/>
          </w:tcPr>
          <w:p w14:paraId="0E1FFE0D" w14:textId="77777777" w:rsidR="00631701" w:rsidRDefault="00000000">
            <w:pPr>
              <w:spacing w:before="40" w:after="40"/>
            </w:pPr>
            <w:r>
              <w:rPr>
                <w:b/>
                <w:sz w:val="18"/>
              </w:rPr>
              <w:t>Frontend</w:t>
            </w:r>
          </w:p>
        </w:tc>
        <w:tc>
          <w:tcPr>
            <w:tcW w:w="8613" w:type="dxa"/>
          </w:tcPr>
          <w:p w14:paraId="7C61E322" w14:textId="77777777" w:rsidR="00631701" w:rsidRDefault="00000000">
            <w:pPr>
              <w:spacing w:before="40" w:after="40"/>
            </w:pPr>
            <w:r>
              <w:rPr>
                <w:sz w:val="18"/>
              </w:rPr>
              <w:t>React.js, Next.js 14, Vue.js 2/3, TypeScript, JavaScript (ES6+), HTML5/CSS3</w:t>
            </w:r>
          </w:p>
        </w:tc>
      </w:tr>
      <w:tr w:rsidR="00631701" w14:paraId="4CAD0BEF" w14:textId="77777777" w:rsidTr="00A12684">
        <w:tc>
          <w:tcPr>
            <w:tcW w:w="1418" w:type="dxa"/>
          </w:tcPr>
          <w:p w14:paraId="67501371" w14:textId="77777777" w:rsidR="00631701" w:rsidRDefault="00000000">
            <w:pPr>
              <w:spacing w:before="40" w:after="40"/>
            </w:pPr>
            <w:r>
              <w:rPr>
                <w:b/>
                <w:sz w:val="18"/>
              </w:rPr>
              <w:t>Mobile</w:t>
            </w:r>
          </w:p>
        </w:tc>
        <w:tc>
          <w:tcPr>
            <w:tcW w:w="8613" w:type="dxa"/>
          </w:tcPr>
          <w:p w14:paraId="0606C480" w14:textId="77777777" w:rsidR="00631701" w:rsidRDefault="00000000">
            <w:pPr>
              <w:spacing w:before="40" w:after="40"/>
            </w:pPr>
            <w:r>
              <w:rPr>
                <w:sz w:val="18"/>
              </w:rPr>
              <w:t>React Native, Flutter</w:t>
            </w:r>
          </w:p>
        </w:tc>
      </w:tr>
      <w:tr w:rsidR="00631701" w14:paraId="29D5FE50" w14:textId="77777777" w:rsidTr="00A12684">
        <w:tc>
          <w:tcPr>
            <w:tcW w:w="1418" w:type="dxa"/>
          </w:tcPr>
          <w:p w14:paraId="25AFBAD3" w14:textId="77777777" w:rsidR="00631701" w:rsidRDefault="00000000">
            <w:pPr>
              <w:spacing w:before="40" w:after="40"/>
            </w:pPr>
            <w:r>
              <w:rPr>
                <w:b/>
                <w:sz w:val="18"/>
              </w:rPr>
              <w:t>Backend/Infra</w:t>
            </w:r>
          </w:p>
        </w:tc>
        <w:tc>
          <w:tcPr>
            <w:tcW w:w="8613" w:type="dxa"/>
          </w:tcPr>
          <w:p w14:paraId="619EF2D0" w14:textId="77777777" w:rsidR="00631701" w:rsidRDefault="00000000">
            <w:pPr>
              <w:spacing w:before="40" w:after="40"/>
            </w:pPr>
            <w:r>
              <w:rPr>
                <w:sz w:val="18"/>
              </w:rPr>
              <w:t>Node.js, Firebase (Firestore/Functions/Data Connect), GCP (Spanner/Cloud Tasks), AWS, PHP</w:t>
            </w:r>
          </w:p>
        </w:tc>
      </w:tr>
      <w:tr w:rsidR="00631701" w14:paraId="009AB8F7" w14:textId="77777777" w:rsidTr="00A12684">
        <w:tc>
          <w:tcPr>
            <w:tcW w:w="1418" w:type="dxa"/>
          </w:tcPr>
          <w:p w14:paraId="118A1A5B" w14:textId="77777777" w:rsidR="00631701" w:rsidRDefault="00000000">
            <w:pPr>
              <w:spacing w:before="40" w:after="40"/>
            </w:pPr>
            <w:r>
              <w:rPr>
                <w:b/>
                <w:sz w:val="18"/>
              </w:rPr>
              <w:t>Tools</w:t>
            </w:r>
          </w:p>
        </w:tc>
        <w:tc>
          <w:tcPr>
            <w:tcW w:w="8613" w:type="dxa"/>
          </w:tcPr>
          <w:p w14:paraId="7A21DFFC" w14:textId="77777777" w:rsidR="00631701" w:rsidRDefault="00000000">
            <w:pPr>
              <w:spacing w:before="40" w:after="40"/>
            </w:pPr>
            <w:r>
              <w:rPr>
                <w:sz w:val="18"/>
              </w:rPr>
              <w:t>Electron, Chrome Extension API, WebSocket, REST API, MySQL, PostgreSQL, Python, Java Spring</w:t>
            </w:r>
          </w:p>
        </w:tc>
      </w:tr>
    </w:tbl>
    <w:p w14:paraId="4AB69D4B" w14:textId="77777777" w:rsidR="00631701" w:rsidRDefault="00000000">
      <w:pPr>
        <w:pBdr>
          <w:bottom w:val="single" w:sz="6" w:space="1" w:color="2563EB"/>
        </w:pBdr>
        <w:spacing w:before="160" w:after="60"/>
      </w:pPr>
      <w:proofErr w:type="spellStart"/>
      <w:r>
        <w:rPr>
          <w:b/>
          <w:color w:val="141414"/>
          <w:sz w:val="22"/>
        </w:rPr>
        <w:t>경력</w:t>
      </w:r>
      <w:proofErr w:type="spellEnd"/>
      <w:r>
        <w:rPr>
          <w:b/>
          <w:color w:val="141414"/>
          <w:sz w:val="22"/>
        </w:rPr>
        <w:t xml:space="preserve">  (총 9년 2개월)</w:t>
      </w:r>
    </w:p>
    <w:p w14:paraId="5ABD1D9D" w14:textId="77777777" w:rsidR="00631701" w:rsidRDefault="00000000">
      <w:pPr>
        <w:spacing w:before="120" w:after="20"/>
      </w:pPr>
      <w:r>
        <w:rPr>
          <w:b/>
          <w:color w:val="141414"/>
          <w:sz w:val="20"/>
        </w:rPr>
        <w:t>주식회사 벤치링크  |  개발 테크 리드</w:t>
      </w:r>
      <w:r>
        <w:rPr>
          <w:color w:val="787878"/>
          <w:sz w:val="17"/>
        </w:rPr>
        <w:t xml:space="preserve">  2024.07 ~ 2026.04</w:t>
      </w:r>
    </w:p>
    <w:p w14:paraId="2425ED66" w14:textId="77777777" w:rsidR="00631701" w:rsidRDefault="00000000">
      <w:pPr>
        <w:spacing w:before="120" w:after="20"/>
      </w:pPr>
      <w:r>
        <w:rPr>
          <w:b/>
          <w:color w:val="141414"/>
          <w:sz w:val="20"/>
        </w:rPr>
        <w:t>엔터프라이즈 PMS 어드민 풀스택 개발</w:t>
      </w:r>
      <w:r>
        <w:rPr>
          <w:color w:val="787878"/>
          <w:sz w:val="17"/>
        </w:rPr>
        <w:t xml:space="preserve">  2025.12 ~ 2026.04</w:t>
      </w:r>
    </w:p>
    <w:p w14:paraId="5E1121F8" w14:textId="77777777" w:rsidR="00631701" w:rsidRDefault="00000000">
      <w:pPr>
        <w:spacing w:after="40"/>
      </w:pPr>
      <w:r>
        <w:rPr>
          <w:color w:val="507850"/>
          <w:sz w:val="17"/>
        </w:rPr>
        <w:t>Next.js 14 · TypeScript · GCP Spanner · Firebase Data Connect · Cloud Functions · Cloud Tasks</w:t>
      </w:r>
    </w:p>
    <w:p w14:paraId="5250FE9C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통합 전문가 관리 대시보드를 스크래치부터 단독 설계 및 구축 — 기획부터 배포까지 전 주기 담당</w:t>
      </w:r>
    </w:p>
    <w:p w14:paraId="08448682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Firebase Data Connect + Cloud Tasks 조합으로 자동화 이메일 발송 및 대규모 데이터 처리 파이프라인 구현</w:t>
      </w:r>
    </w:p>
    <w:p w14:paraId="47E8E8EA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 xml:space="preserve">Expert 테이블 </w:t>
      </w:r>
      <w:r>
        <w:rPr>
          <w:b/>
        </w:rPr>
        <w:t>460M rows</w:t>
      </w:r>
      <w:r>
        <w:t xml:space="preserve"> 대상 Spanner 인덱스 설계 + API 페이지네이션 전환으로 </w:t>
      </w:r>
      <w:r>
        <w:rPr>
          <w:b/>
        </w:rPr>
        <w:t>응답 속도 수십 초 → 1초 이내</w:t>
      </w:r>
      <w:r>
        <w:t xml:space="preserve"> 단축</w:t>
      </w:r>
    </w:p>
    <w:p w14:paraId="4D3C41FB" w14:textId="77777777" w:rsidR="00631701" w:rsidRDefault="00000000">
      <w:pPr>
        <w:spacing w:before="120" w:after="20"/>
      </w:pPr>
      <w:r>
        <w:rPr>
          <w:b/>
          <w:color w:val="141414"/>
          <w:sz w:val="20"/>
        </w:rPr>
        <w:t>Firebase → GCP Spanner 프로덕션 마이그레이션</w:t>
      </w:r>
      <w:r>
        <w:rPr>
          <w:color w:val="787878"/>
          <w:sz w:val="17"/>
        </w:rPr>
        <w:t xml:space="preserve">  2025.01 ~ 2026.04</w:t>
      </w:r>
    </w:p>
    <w:p w14:paraId="1BBC2662" w14:textId="77777777" w:rsidR="00631701" w:rsidRDefault="00000000">
      <w:pPr>
        <w:spacing w:after="40"/>
      </w:pPr>
      <w:r>
        <w:rPr>
          <w:color w:val="507850"/>
          <w:sz w:val="17"/>
        </w:rPr>
        <w:t>GCP Spanner · Firebase · Next.js · Claude Code CLI</w:t>
      </w:r>
    </w:p>
    <w:p w14:paraId="1C193C2B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rPr>
          <w:b/>
        </w:rPr>
        <w:t>12개 도메인, 약 30건 배치</w:t>
      </w:r>
      <w:r>
        <w:t xml:space="preserve"> 처리를 포함한 전체 프로덕션 마이그레이션 완수</w:t>
      </w:r>
    </w:p>
    <w:p w14:paraId="0F260ACD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 xml:space="preserve">AI 코딩 어시스턴트(Claude Code) 전면 도입으로 </w:t>
      </w:r>
      <w:r>
        <w:rPr>
          <w:b/>
        </w:rPr>
        <w:t>3개월 예상 작업을 1개월 내 완수 (3배 가속)</w:t>
      </w:r>
    </w:p>
    <w:p w14:paraId="41791165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AI 프롬프트 엔지니어링 방법론 사내 전파 및 레거시 리팩토링 주도</w:t>
      </w:r>
    </w:p>
    <w:p w14:paraId="5C9D2F00" w14:textId="77777777" w:rsidR="00631701" w:rsidRDefault="00000000">
      <w:pPr>
        <w:spacing w:before="120" w:after="20"/>
      </w:pPr>
      <w:r>
        <w:rPr>
          <w:b/>
          <w:color w:val="141414"/>
          <w:sz w:val="20"/>
        </w:rPr>
        <w:lastRenderedPageBreak/>
        <w:t>크로스 플랫폼 모바일 앱 개발</w:t>
      </w:r>
      <w:r>
        <w:rPr>
          <w:color w:val="787878"/>
          <w:sz w:val="17"/>
        </w:rPr>
        <w:t xml:space="preserve">  2024.07 ~ 2025.12</w:t>
      </w:r>
    </w:p>
    <w:p w14:paraId="1520EEA4" w14:textId="77777777" w:rsidR="00631701" w:rsidRDefault="00000000">
      <w:pPr>
        <w:spacing w:after="40"/>
      </w:pPr>
      <w:r>
        <w:rPr>
          <w:color w:val="507850"/>
          <w:sz w:val="17"/>
        </w:rPr>
        <w:t>React Native · React</w:t>
      </w:r>
    </w:p>
    <w:p w14:paraId="2B6FC2AD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 xml:space="preserve">기존 Android · iOS 분리 네이티브 앱을 </w:t>
      </w:r>
      <w:r>
        <w:rPr>
          <w:b/>
        </w:rPr>
        <w:t>React Native 단일 코드베이스로 통합</w:t>
      </w:r>
      <w:r>
        <w:t xml:space="preserve"> (RN 전담 단독 작업), 상태 관리 · 생명주기 전면 개선</w:t>
      </w:r>
    </w:p>
    <w:p w14:paraId="798C2A0E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LinkedIn 이력 데이터 자동 수집 · 오토필 기능 도입 → 가입 즉시 전문 이력 완성</w:t>
      </w:r>
    </w:p>
    <w:p w14:paraId="113658AB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보유 전문가 DB 기반 자문 서비스 자동 추천 + 원클릭 지원 플로우, 튜토리얼 프로젝트 · 리워드 시스템 구현 (아이디어 제안 → 프론트 개발 전담)</w:t>
      </w:r>
    </w:p>
    <w:p w14:paraId="6CF45C14" w14:textId="77777777" w:rsidR="00631701" w:rsidRDefault="00631701">
      <w:pPr>
        <w:pBdr>
          <w:bottom w:val="single" w:sz="4" w:space="1" w:color="CCCCCC"/>
        </w:pBdr>
        <w:spacing w:before="40" w:after="40"/>
      </w:pPr>
    </w:p>
    <w:p w14:paraId="757D61CD" w14:textId="77777777" w:rsidR="00631701" w:rsidRDefault="00000000">
      <w:pPr>
        <w:spacing w:before="120" w:after="20"/>
      </w:pPr>
      <w:r>
        <w:rPr>
          <w:b/>
          <w:color w:val="141414"/>
          <w:sz w:val="20"/>
        </w:rPr>
        <w:t>(주)아이엔지스토리  |  개발 팀원</w:t>
      </w:r>
      <w:r>
        <w:rPr>
          <w:color w:val="787878"/>
          <w:sz w:val="17"/>
        </w:rPr>
        <w:t xml:space="preserve">  2023.01 ~ 2024.06</w:t>
      </w:r>
    </w:p>
    <w:p w14:paraId="661DDD19" w14:textId="77777777" w:rsidR="00631701" w:rsidRDefault="00000000">
      <w:pPr>
        <w:spacing w:before="120" w:after="20"/>
      </w:pPr>
      <w:r>
        <w:rPr>
          <w:b/>
          <w:color w:val="141414"/>
          <w:sz w:val="20"/>
        </w:rPr>
        <w:t>오프라인 키오스크 시스템 모더나이제이션</w:t>
      </w:r>
      <w:r>
        <w:rPr>
          <w:color w:val="787878"/>
          <w:sz w:val="17"/>
        </w:rPr>
        <w:t xml:space="preserve">  2023.06 ~ 2023.12</w:t>
      </w:r>
    </w:p>
    <w:p w14:paraId="22B7EA04" w14:textId="77777777" w:rsidR="00631701" w:rsidRDefault="00000000">
      <w:pPr>
        <w:spacing w:after="40"/>
      </w:pPr>
      <w:r>
        <w:rPr>
          <w:color w:val="507850"/>
          <w:sz w:val="17"/>
        </w:rPr>
        <w:t>React · Electron · PHP · WebSocket · REST API</w:t>
      </w:r>
    </w:p>
    <w:p w14:paraId="04995E71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 xml:space="preserve">PHP 모놀리식(백+프론트 혼합) → REST API 백엔드 + React 프론트로 완전 분리. </w:t>
      </w:r>
      <w:r>
        <w:rPr>
          <w:b/>
        </w:rPr>
        <w:t>전체 코드베이스의 80% 직접 기여</w:t>
      </w:r>
    </w:p>
    <w:p w14:paraId="0AC8D75E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VAN 단말기 · 생체 인식 스캐너 하드웨어 연동부터 디버깅까지 라이프사이클 총괄</w:t>
      </w:r>
    </w:p>
    <w:p w14:paraId="55FADB1B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rPr>
          <w:b/>
        </w:rPr>
        <w:t>전국 2,000개 매장 중 200개 시범 배포</w:t>
      </w:r>
      <w:r>
        <w:t xml:space="preserve"> 완료, 이후 전체 매장 확대 적용</w:t>
      </w:r>
    </w:p>
    <w:p w14:paraId="13B49039" w14:textId="77777777" w:rsidR="00631701" w:rsidRDefault="00000000">
      <w:pPr>
        <w:spacing w:before="120" w:after="20"/>
      </w:pPr>
      <w:r>
        <w:rPr>
          <w:b/>
          <w:color w:val="141414"/>
          <w:sz w:val="20"/>
        </w:rPr>
        <w:t>원격 출입문 제어 Fail-safe 시스템 개발</w:t>
      </w:r>
      <w:r>
        <w:rPr>
          <w:color w:val="787878"/>
          <w:sz w:val="17"/>
        </w:rPr>
        <w:t xml:space="preserve">  2023.01 ~ 2023.05</w:t>
      </w:r>
    </w:p>
    <w:p w14:paraId="110DA663" w14:textId="77777777" w:rsidR="00631701" w:rsidRDefault="00000000">
      <w:pPr>
        <w:spacing w:after="40"/>
      </w:pPr>
      <w:r>
        <w:rPr>
          <w:color w:val="507850"/>
          <w:sz w:val="17"/>
        </w:rPr>
        <w:t>Node.js · Electron · WebSocket</w:t>
      </w:r>
    </w:p>
    <w:p w14:paraId="53B4E8F9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정전 · 시스템 오류 발생 시 자동문 원격 제어 Electron 기반 안전 제어 시스템 구축</w:t>
      </w:r>
    </w:p>
    <w:p w14:paraId="5E5A7D75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다수 출입 지점 동시 제어를 위한 WebSocket 브로드캐스트 시스템 구현</w:t>
      </w:r>
    </w:p>
    <w:p w14:paraId="508BEC03" w14:textId="77777777" w:rsidR="00631701" w:rsidRDefault="00000000">
      <w:pPr>
        <w:spacing w:before="120" w:after="20"/>
      </w:pPr>
      <w:r>
        <w:rPr>
          <w:b/>
          <w:color w:val="141414"/>
          <w:sz w:val="20"/>
        </w:rPr>
        <w:t>스터디룸 예약 시스템 및 매장 관리 대시보드 고도화</w:t>
      </w:r>
      <w:r>
        <w:rPr>
          <w:color w:val="787878"/>
          <w:sz w:val="17"/>
        </w:rPr>
        <w:t xml:space="preserve">  2024.01 ~ 2024.06</w:t>
      </w:r>
    </w:p>
    <w:p w14:paraId="22EA0842" w14:textId="77777777" w:rsidR="00631701" w:rsidRDefault="00000000">
      <w:pPr>
        <w:spacing w:after="40"/>
      </w:pPr>
      <w:r>
        <w:rPr>
          <w:color w:val="507850"/>
          <w:sz w:val="17"/>
        </w:rPr>
        <w:t>Vanilla JS · HTML/CSS · PHP</w:t>
      </w:r>
    </w:p>
    <w:p w14:paraId="074B854D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고성능 스터디룸 예약 웹 인터페이스 구축 및 PHP 기반 레거시 어드민 최적화</w:t>
      </w:r>
    </w:p>
    <w:p w14:paraId="77458CB9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전국 매장 키오스크 S/W 현장 설치 및 H/W 구동 환경 인프라 지원</w:t>
      </w:r>
    </w:p>
    <w:p w14:paraId="4234866D" w14:textId="77777777" w:rsidR="00631701" w:rsidRDefault="00631701">
      <w:pPr>
        <w:pBdr>
          <w:bottom w:val="single" w:sz="4" w:space="1" w:color="CCCCCC"/>
        </w:pBdr>
        <w:spacing w:before="40" w:after="40"/>
      </w:pPr>
    </w:p>
    <w:p w14:paraId="7415C8C1" w14:textId="77777777" w:rsidR="00631701" w:rsidRDefault="00000000">
      <w:pPr>
        <w:spacing w:before="120" w:after="20"/>
      </w:pPr>
      <w:r>
        <w:rPr>
          <w:b/>
          <w:color w:val="141414"/>
          <w:sz w:val="20"/>
        </w:rPr>
        <w:t>주식회사 씨와이  |  개발 과장(팀장)</w:t>
      </w:r>
      <w:r>
        <w:rPr>
          <w:color w:val="787878"/>
          <w:sz w:val="17"/>
        </w:rPr>
        <w:t xml:space="preserve">  2021.02 ~ 2022.11</w:t>
      </w:r>
    </w:p>
    <w:p w14:paraId="02C3870F" w14:textId="77777777" w:rsidR="00631701" w:rsidRDefault="00000000">
      <w:pPr>
        <w:spacing w:before="120" w:after="20"/>
      </w:pPr>
      <w:r>
        <w:rPr>
          <w:b/>
          <w:color w:val="141414"/>
          <w:sz w:val="20"/>
        </w:rPr>
        <w:t>멀티 플랫폼 솔루션 "Business Now" 개발</w:t>
      </w:r>
      <w:r>
        <w:rPr>
          <w:color w:val="787878"/>
          <w:sz w:val="17"/>
        </w:rPr>
        <w:t xml:space="preserve">  2021.02 ~ 2022.11</w:t>
      </w:r>
    </w:p>
    <w:p w14:paraId="2220F024" w14:textId="77777777" w:rsidR="00631701" w:rsidRDefault="00000000">
      <w:pPr>
        <w:spacing w:after="40"/>
      </w:pPr>
      <w:r>
        <w:rPr>
          <w:color w:val="507850"/>
          <w:sz w:val="17"/>
        </w:rPr>
        <w:t>React Native · Vue 3 · Redux · Java Spring · AWS · MySQL</w:t>
      </w:r>
    </w:p>
    <w:p w14:paraId="64A95691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rPr>
          <w:b/>
        </w:rPr>
        <w:t>8인 크로스펑셔널 팀</w:t>
      </w:r>
      <w:r>
        <w:t>(기획/디자인/FE/BE) 총괄 — 스타트업 창업 지원 플랫폼(정부과제·투자 모집·PM) 기획부터 출시까지 주도</w:t>
      </w:r>
    </w:p>
    <w:p w14:paraId="4F6AE014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Android/iOS 모바일 앱 양대 마켓 동시 런칭 및 Vue 3 반응형 웹 플랫폼 프론트엔드 개발 리드</w:t>
      </w:r>
    </w:p>
    <w:p w14:paraId="52232C37" w14:textId="77777777" w:rsidR="00631701" w:rsidRDefault="00000000">
      <w:pPr>
        <w:spacing w:before="120" w:after="20"/>
      </w:pPr>
      <w:r>
        <w:rPr>
          <w:b/>
          <w:color w:val="141414"/>
          <w:sz w:val="20"/>
        </w:rPr>
        <w:t>글로벌 개발센터 운영 및 기술 멘토링</w:t>
      </w:r>
      <w:r>
        <w:rPr>
          <w:color w:val="787878"/>
          <w:sz w:val="17"/>
        </w:rPr>
        <w:t xml:space="preserve">  2022.03 ~ 2022.11</w:t>
      </w:r>
    </w:p>
    <w:p w14:paraId="2A6428BA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 xml:space="preserve">베트남 현지 개발 센터 </w:t>
      </w:r>
      <w:r>
        <w:rPr>
          <w:b/>
        </w:rPr>
        <w:t>소속 17명 엔지니어</w:t>
      </w:r>
      <w:r>
        <w:t>(FE/BE) 리드 및 코드 품질 관리</w:t>
      </w:r>
    </w:p>
    <w:p w14:paraId="5F7B2CE1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 xml:space="preserve">IITP(정보통신기획평가원) · 숙명여대 SW 인큐베이팅 프로그램 </w:t>
      </w:r>
      <w:r>
        <w:rPr>
          <w:b/>
        </w:rPr>
        <w:t>공식 멘토</w:t>
      </w:r>
      <w:r>
        <w:t xml:space="preserve"> 활동</w:t>
      </w:r>
    </w:p>
    <w:p w14:paraId="13758E41" w14:textId="77777777" w:rsidR="00631701" w:rsidRDefault="00631701">
      <w:pPr>
        <w:pBdr>
          <w:bottom w:val="single" w:sz="4" w:space="1" w:color="CCCCCC"/>
        </w:pBdr>
        <w:spacing w:before="40" w:after="40"/>
      </w:pPr>
    </w:p>
    <w:p w14:paraId="1FDF1747" w14:textId="77777777" w:rsidR="00631701" w:rsidRDefault="00000000">
      <w:pPr>
        <w:spacing w:before="120" w:after="20"/>
      </w:pPr>
      <w:r>
        <w:rPr>
          <w:b/>
          <w:color w:val="141414"/>
          <w:sz w:val="20"/>
        </w:rPr>
        <w:t>기술의형태  |  개발 팀장  (프리랜서/SI)</w:t>
      </w:r>
      <w:r>
        <w:rPr>
          <w:color w:val="787878"/>
          <w:sz w:val="17"/>
        </w:rPr>
        <w:t xml:space="preserve">  2019.08 ~ 2021.01</w:t>
      </w:r>
    </w:p>
    <w:p w14:paraId="4C8CB318" w14:textId="77777777" w:rsidR="00631701" w:rsidRDefault="00000000">
      <w:pPr>
        <w:spacing w:before="120" w:after="20"/>
      </w:pPr>
      <w:r>
        <w:rPr>
          <w:b/>
          <w:color w:val="141414"/>
          <w:sz w:val="20"/>
        </w:rPr>
        <w:t>해양 데이터 레이크 및 위성 추적 시스템</w:t>
      </w:r>
      <w:r>
        <w:rPr>
          <w:color w:val="787878"/>
          <w:sz w:val="17"/>
        </w:rPr>
        <w:t xml:space="preserve">  2020.01 ~ 2021.01</w:t>
      </w:r>
    </w:p>
    <w:p w14:paraId="4CBF7151" w14:textId="77777777" w:rsidR="00631701" w:rsidRDefault="00000000">
      <w:pPr>
        <w:spacing w:after="40"/>
      </w:pPr>
      <w:r>
        <w:rPr>
          <w:color w:val="507850"/>
          <w:sz w:val="17"/>
        </w:rPr>
        <w:t>Python · REST API · Web Frontend  |  삼성중공업 협업</w:t>
      </w:r>
    </w:p>
    <w:p w14:paraId="676B02D8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위성 선박 데이터 시각화 반응형 웹 UI 개발</w:t>
      </w:r>
    </w:p>
    <w:p w14:paraId="0F59112E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위성 API · 대규모 로그 데이터 분석 및 시스템 포맷 매핑/데이터 이관</w:t>
      </w:r>
    </w:p>
    <w:p w14:paraId="66F4DD16" w14:textId="77777777" w:rsidR="00631701" w:rsidRDefault="00000000">
      <w:pPr>
        <w:spacing w:before="120" w:after="20"/>
      </w:pPr>
      <w:r>
        <w:rPr>
          <w:b/>
          <w:color w:val="141414"/>
          <w:sz w:val="20"/>
        </w:rPr>
        <w:t>마이크로 인슈어런스 플랫폼 및 글로벌 물류 추적 시스템</w:t>
      </w:r>
      <w:r>
        <w:rPr>
          <w:color w:val="787878"/>
          <w:sz w:val="17"/>
        </w:rPr>
        <w:t xml:space="preserve">  2019.10 ~ 2019.12</w:t>
      </w:r>
    </w:p>
    <w:p w14:paraId="5AD28ADA" w14:textId="77777777" w:rsidR="00631701" w:rsidRDefault="00000000">
      <w:pPr>
        <w:spacing w:after="40"/>
      </w:pPr>
      <w:r>
        <w:rPr>
          <w:color w:val="507850"/>
          <w:sz w:val="17"/>
        </w:rPr>
        <w:t>Ember.js</w:t>
      </w:r>
    </w:p>
    <w:p w14:paraId="5A25C2AE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2인 개발팀에서 프론트엔드 30% 전담 (유지보수 · 버그픽스 · 신규 화면 구현)</w:t>
      </w:r>
    </w:p>
    <w:p w14:paraId="75AA8638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한일 합작 QR 물류 추적 시스템 QA 프로세스 단독 주도 (테스트 케이스 작성 · 이슈 트래킹 · 결함 해결)</w:t>
      </w:r>
    </w:p>
    <w:p w14:paraId="29EBF999" w14:textId="77777777" w:rsidR="00631701" w:rsidRDefault="00000000">
      <w:pPr>
        <w:spacing w:before="120" w:after="20"/>
      </w:pPr>
      <w:r>
        <w:rPr>
          <w:b/>
          <w:color w:val="141414"/>
          <w:sz w:val="20"/>
        </w:rPr>
        <w:t>멀티 플랫폼 프로젝트 코디네이팅</w:t>
      </w:r>
      <w:r>
        <w:rPr>
          <w:color w:val="787878"/>
          <w:sz w:val="17"/>
        </w:rPr>
        <w:t xml:space="preserve">  2019.08 ~ 2019.11</w:t>
      </w:r>
    </w:p>
    <w:p w14:paraId="5CD321BF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1:1 팬미팅 플랫폼 · 국방 물류 시스템 개발 파트 커뮤니케이션 브릿지 및 일정 관리</w:t>
      </w:r>
    </w:p>
    <w:p w14:paraId="2AC27AF3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레거시 비정형 수기 데이터(OCR) 분석 → 신규 클라우드 시스템 이관 작업 담당</w:t>
      </w:r>
    </w:p>
    <w:p w14:paraId="01F37899" w14:textId="77777777" w:rsidR="00631701" w:rsidRDefault="00631701">
      <w:pPr>
        <w:pBdr>
          <w:bottom w:val="single" w:sz="4" w:space="1" w:color="CCCCCC"/>
        </w:pBdr>
        <w:spacing w:before="40" w:after="40"/>
      </w:pPr>
    </w:p>
    <w:p w14:paraId="74664186" w14:textId="77777777" w:rsidR="00631701" w:rsidRDefault="00000000">
      <w:pPr>
        <w:spacing w:before="120" w:after="20"/>
      </w:pPr>
      <w:r>
        <w:rPr>
          <w:b/>
          <w:color w:val="141414"/>
          <w:sz w:val="20"/>
        </w:rPr>
        <w:t>주식회사 비에스에스스포츠  |  개발 팀원</w:t>
      </w:r>
      <w:r>
        <w:rPr>
          <w:color w:val="787878"/>
          <w:sz w:val="17"/>
        </w:rPr>
        <w:t xml:space="preserve">  2019.03 ~ 2019.07</w:t>
      </w:r>
    </w:p>
    <w:p w14:paraId="11EC9783" w14:textId="77777777" w:rsidR="00631701" w:rsidRDefault="00000000">
      <w:pPr>
        <w:spacing w:before="120" w:after="20"/>
      </w:pPr>
      <w:r>
        <w:rPr>
          <w:b/>
          <w:color w:val="141414"/>
          <w:sz w:val="20"/>
        </w:rPr>
        <w:t>스포츠 데이터 분석 및 통합 베팅 플랫폼 개발</w:t>
      </w:r>
    </w:p>
    <w:p w14:paraId="3C7D414D" w14:textId="77777777" w:rsidR="00631701" w:rsidRDefault="00000000">
      <w:pPr>
        <w:spacing w:after="40"/>
      </w:pPr>
      <w:r>
        <w:rPr>
          <w:color w:val="507850"/>
          <w:sz w:val="17"/>
        </w:rPr>
        <w:t>React.js · JavaScript · Java Spring · AWS</w:t>
      </w:r>
    </w:p>
    <w:p w14:paraId="2C3EF01B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신규 베팅 시스템 Greenfield 아키텍처 설계 및 초기 개발 환경 구축 주도</w:t>
      </w:r>
    </w:p>
    <w:p w14:paraId="058DFA14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실시간 B2C 베팅 페이지 · 어드민 대시보드 고성능 프론트엔드 구현</w:t>
      </w:r>
    </w:p>
    <w:p w14:paraId="32BF8292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PHP API 의존 레거시 실시간 스포츠 일정 · 라이브 스코어를 React 기반으로 마이그레이션</w:t>
      </w:r>
    </w:p>
    <w:p w14:paraId="7800E271" w14:textId="77777777" w:rsidR="00631701" w:rsidRDefault="00631701">
      <w:pPr>
        <w:pBdr>
          <w:bottom w:val="single" w:sz="4" w:space="1" w:color="CCCCCC"/>
        </w:pBdr>
        <w:spacing w:before="40" w:after="40"/>
      </w:pPr>
    </w:p>
    <w:p w14:paraId="54FC0D39" w14:textId="77777777" w:rsidR="00631701" w:rsidRDefault="00000000">
      <w:pPr>
        <w:spacing w:before="120" w:after="20"/>
      </w:pPr>
      <w:r>
        <w:rPr>
          <w:b/>
          <w:color w:val="141414"/>
          <w:sz w:val="20"/>
        </w:rPr>
        <w:t>(주)나인플코리아  |  개발 팀원</w:t>
      </w:r>
      <w:r>
        <w:rPr>
          <w:color w:val="787878"/>
          <w:sz w:val="17"/>
        </w:rPr>
        <w:t xml:space="preserve">  2017.08 ~ 2018.08</w:t>
      </w:r>
    </w:p>
    <w:p w14:paraId="64942D6E" w14:textId="77777777" w:rsidR="00631701" w:rsidRDefault="00000000">
      <w:pPr>
        <w:spacing w:before="120" w:after="20"/>
      </w:pPr>
      <w:r>
        <w:rPr>
          <w:b/>
          <w:color w:val="141414"/>
          <w:sz w:val="20"/>
        </w:rPr>
        <w:t>크로스보더 글로벌 E-Commerce 큐레이션 플랫폼 개발</w:t>
      </w:r>
    </w:p>
    <w:p w14:paraId="239FBA1E" w14:textId="77777777" w:rsidR="00631701" w:rsidRDefault="00000000">
      <w:pPr>
        <w:spacing w:after="40"/>
      </w:pPr>
      <w:r>
        <w:rPr>
          <w:color w:val="507850"/>
          <w:sz w:val="17"/>
        </w:rPr>
        <w:t>Ember.js · PHP · HTML/CSS</w:t>
      </w:r>
    </w:p>
    <w:p w14:paraId="41B3CC9E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Amazon · eBay · Walmart 등 글로벌 리테일러 API 연동, 상품 데이터 렌더링 로직 구현</w:t>
      </w:r>
    </w:p>
    <w:p w14:paraId="29BD9A53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무한 스크롤 검색 인터페이스 및 결제 · 배송 조회 UI 플로우 개발</w:t>
      </w:r>
    </w:p>
    <w:p w14:paraId="69D61C38" w14:textId="77777777" w:rsidR="00631701" w:rsidRDefault="00631701">
      <w:pPr>
        <w:pBdr>
          <w:bottom w:val="single" w:sz="4" w:space="1" w:color="CCCCCC"/>
        </w:pBdr>
        <w:spacing w:before="40" w:after="40"/>
      </w:pPr>
    </w:p>
    <w:p w14:paraId="560587C7" w14:textId="77777777" w:rsidR="00631701" w:rsidRDefault="00000000">
      <w:pPr>
        <w:spacing w:before="120" w:after="20"/>
      </w:pPr>
      <w:r>
        <w:rPr>
          <w:b/>
          <w:color w:val="141414"/>
          <w:sz w:val="20"/>
        </w:rPr>
        <w:t>(주)뮤솔버스  |  개발 팀원</w:t>
      </w:r>
      <w:r>
        <w:rPr>
          <w:color w:val="787878"/>
          <w:sz w:val="17"/>
        </w:rPr>
        <w:t xml:space="preserve">  2015.12 ~ 2016.12</w:t>
      </w:r>
    </w:p>
    <w:p w14:paraId="2D36CBAA" w14:textId="77777777" w:rsidR="00631701" w:rsidRDefault="00000000">
      <w:pPr>
        <w:spacing w:before="120" w:after="20"/>
      </w:pPr>
      <w:r>
        <w:rPr>
          <w:b/>
          <w:color w:val="141414"/>
          <w:sz w:val="20"/>
        </w:rPr>
        <w:t>지능형 4채널 양방향 오디오 보드 펌웨어 개발</w:t>
      </w:r>
    </w:p>
    <w:p w14:paraId="2A300197" w14:textId="77777777" w:rsidR="00631701" w:rsidRDefault="00000000">
      <w:pPr>
        <w:spacing w:after="40"/>
      </w:pPr>
      <w:r>
        <w:rPr>
          <w:color w:val="507850"/>
          <w:sz w:val="17"/>
        </w:rPr>
        <w:t>C++ · 임베디드</w:t>
      </w:r>
    </w:p>
    <w:p w14:paraId="0EB9C69D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블루투스 신호 감지 시 유선 입력 즉시 대체하는 신호 선점(Preemption) 펌웨어 설계</w:t>
      </w:r>
    </w:p>
    <w:p w14:paraId="080536D3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Zero-latency 자동 스위칭 로직 구현 및 2채널 인버터 보드 로직 프로그래밍</w:t>
      </w:r>
    </w:p>
    <w:p w14:paraId="4B15028F" w14:textId="77777777" w:rsidR="00631701" w:rsidRDefault="00000000">
      <w:pPr>
        <w:pBdr>
          <w:bottom w:val="single" w:sz="6" w:space="1" w:color="2563EB"/>
        </w:pBdr>
        <w:spacing w:before="160" w:after="60"/>
      </w:pPr>
      <w:r>
        <w:rPr>
          <w:b/>
          <w:color w:val="141414"/>
          <w:sz w:val="22"/>
        </w:rPr>
        <w:lastRenderedPageBreak/>
        <w:t>개인 프로젝트</w:t>
      </w:r>
    </w:p>
    <w:p w14:paraId="001013DA" w14:textId="77777777" w:rsidR="00631701" w:rsidRDefault="00000000">
      <w:pPr>
        <w:spacing w:before="120" w:after="20"/>
      </w:pPr>
      <w:r>
        <w:rPr>
          <w:b/>
          <w:color w:val="141414"/>
          <w:sz w:val="20"/>
        </w:rPr>
        <w:t>AI 외주 작업 하네스 보일러플레이트 (HDD — Harness-Driven Development)</w:t>
      </w:r>
    </w:p>
    <w:p w14:paraId="03D634E4" w14:textId="77777777" w:rsidR="00631701" w:rsidRDefault="00000000">
      <w:pPr>
        <w:spacing w:after="20"/>
        <w:ind w:left="227"/>
      </w:pPr>
      <w:r>
        <w:rPr>
          <w:color w:val="507850"/>
          <w:sz w:val="17"/>
        </w:rPr>
        <w:t>Claude Code CLI · Cursor · Next.js 14 · Firebase Data Connect · TypeScript · n8n</w:t>
      </w:r>
    </w:p>
    <w:p w14:paraId="4BB7C620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 xml:space="preserve">1인 개발자가 AI를 단순 어시스턴트가 아닌 </w:t>
      </w:r>
      <w:r>
        <w:rPr>
          <w:b/>
        </w:rPr>
        <w:t>완전히 통제된 가상 IT 조직(Virtual Org)으로 운용</w:t>
      </w:r>
      <w:r>
        <w:t>하기 위한 방법론(HDD) 및 보일러플레이트 설계</w:t>
      </w:r>
    </w:p>
    <w:p w14:paraId="6438A311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rPr>
          <w:b/>
        </w:rPr>
        <w:t>6개 AI 페르소나 격리</w:t>
      </w:r>
      <w:r>
        <w:t xml:space="preserve"> (PM · Designer · Backend · Frontend · QA · Marketing) — 각 페르소나가 허가된 파일 경로 외에는 절대 접근 불가</w:t>
      </w:r>
    </w:p>
    <w:p w14:paraId="6BD4AAF3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rPr>
          <w:b/>
        </w:rPr>
        <w:t>Dependency Blinding</w:t>
      </w:r>
      <w:r>
        <w:t>: dependency-cruiser + ast-grep으로 영향 파일만 AI 컨텍스트에 주입, 코드베이스 무분별 탐색 원천 차단</w:t>
      </w:r>
    </w:p>
    <w:p w14:paraId="58AF1C12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rPr>
          <w:b/>
        </w:rPr>
        <w:t>Circuit Breaker</w:t>
      </w:r>
      <w:r>
        <w:t xml:space="preserve"> (3회 실패 시 자동 중단) · </w:t>
      </w:r>
      <w:r>
        <w:rPr>
          <w:b/>
        </w:rPr>
        <w:t>State Machine</w:t>
      </w:r>
      <w:r>
        <w:t xml:space="preserve"> (MD 기반 배치 상태 영속화) 등 5가지 통제 메커니즘 설계</w:t>
      </w:r>
    </w:p>
    <w:p w14:paraId="50D4B8AD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 xml:space="preserve">구글 폼 외주 수주 → PRD 자동 작성 → 배치 개발 → 납품까지 </w:t>
      </w:r>
      <w:r>
        <w:rPr>
          <w:b/>
        </w:rPr>
        <w:t>A-Z 외주 파이프라인</w:t>
      </w:r>
      <w:r>
        <w:t xml:space="preserve"> 구축, 10개 하네스 정책 문서 + n8n 자동화 파이프라인 포함</w:t>
      </w:r>
    </w:p>
    <w:p w14:paraId="0BBDB265" w14:textId="77777777" w:rsidR="00631701" w:rsidRDefault="00000000">
      <w:pPr>
        <w:spacing w:before="120" w:after="20"/>
      </w:pPr>
      <w:r>
        <w:rPr>
          <w:b/>
          <w:color w:val="141414"/>
          <w:sz w:val="20"/>
        </w:rPr>
        <w:t>투자 성향 분석 서비스 "Quant Compass"</w:t>
      </w:r>
    </w:p>
    <w:p w14:paraId="0771959A" w14:textId="77777777" w:rsidR="00631701" w:rsidRDefault="00000000">
      <w:pPr>
        <w:spacing w:after="20"/>
        <w:ind w:left="227"/>
      </w:pPr>
      <w:r>
        <w:rPr>
          <w:color w:val="3C64A0"/>
          <w:sz w:val="17"/>
        </w:rPr>
        <w:t>Firebase · React  |  https://quant-compass.web.app/</w:t>
      </w:r>
    </w:p>
    <w:p w14:paraId="2B84DE4F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투자 정보 기입 시 페르소나 분석으로 다른 투자자와 비교하고 현재 시장 심리(강세/약세)를 확인하는 서비스</w:t>
      </w:r>
    </w:p>
    <w:p w14:paraId="23513A5E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기획부터 개발까지 단독 진행</w:t>
      </w:r>
    </w:p>
    <w:p w14:paraId="7E38EE6D" w14:textId="77777777" w:rsidR="00631701" w:rsidRDefault="00000000">
      <w:pPr>
        <w:spacing w:before="120" w:after="20"/>
      </w:pPr>
      <w:r>
        <w:rPr>
          <w:b/>
          <w:color w:val="141414"/>
          <w:sz w:val="20"/>
        </w:rPr>
        <w:t>프로젝트 핸들링 서비스 "Nomad"</w:t>
      </w:r>
    </w:p>
    <w:p w14:paraId="691FDA55" w14:textId="77777777" w:rsidR="00631701" w:rsidRDefault="00000000">
      <w:pPr>
        <w:spacing w:after="20"/>
        <w:ind w:left="227"/>
      </w:pPr>
      <w:r>
        <w:rPr>
          <w:color w:val="3C64A0"/>
          <w:sz w:val="17"/>
        </w:rPr>
        <w:t>Vue.js · Firebase Firestore  |  https://nomad-poc.web.app/</w:t>
      </w:r>
    </w:p>
    <w:p w14:paraId="0607F022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클라이언트가 프로젝트를 등록하면 외주사 PM이 개발자 · 기획자 · 디자이너를 배정하고 일정과 태스크를 매니징하는 프로젝트 관리 서비스</w:t>
      </w:r>
    </w:p>
    <w:p w14:paraId="7994087D" w14:textId="77777777" w:rsidR="00631701" w:rsidRDefault="00000000">
      <w:pPr>
        <w:spacing w:after="20"/>
        <w:ind w:left="227" w:hanging="170"/>
      </w:pPr>
      <w:r>
        <w:rPr>
          <w:color w:val="3C3C3C"/>
        </w:rPr>
        <w:t xml:space="preserve">• </w:t>
      </w:r>
      <w:r>
        <w:t>Firebase Firestore 기반 실시간 데이터 처리, 개인 기획 및 개발 진행</w:t>
      </w:r>
    </w:p>
    <w:p w14:paraId="3F168FD5" w14:textId="77777777" w:rsidR="00631701" w:rsidRDefault="00000000">
      <w:pPr>
        <w:pBdr>
          <w:bottom w:val="single" w:sz="6" w:space="1" w:color="2563EB"/>
        </w:pBdr>
        <w:spacing w:before="160" w:after="60"/>
      </w:pPr>
      <w:r>
        <w:rPr>
          <w:b/>
          <w:color w:val="141414"/>
          <w:sz w:val="22"/>
        </w:rPr>
        <w:t>학력 / 자격증</w:t>
      </w:r>
    </w:p>
    <w:p w14:paraId="5F98B1EC" w14:textId="77777777" w:rsidR="00631701" w:rsidRDefault="00000000">
      <w:pPr>
        <w:spacing w:before="40" w:after="40"/>
      </w:pPr>
      <w:r>
        <w:rPr>
          <w:b/>
        </w:rPr>
        <w:t>동서울대학교</w:t>
      </w:r>
      <w:r>
        <w:t xml:space="preserve">  컴퓨터소프트웨어과 (3년제)  |  2011.03 ~ 2016.02  |  GPA 3.88/4.5</w:t>
      </w:r>
    </w:p>
    <w:p w14:paraId="7FEE98E0" w14:textId="77777777" w:rsidR="00631701" w:rsidRDefault="00000000">
      <w:pPr>
        <w:spacing w:before="40" w:after="40"/>
      </w:pPr>
      <w:r>
        <w:rPr>
          <w:b/>
        </w:rPr>
        <w:t>정보처리산업기사</w:t>
      </w:r>
      <w:r>
        <w:t xml:space="preserve">  (2015.07)</w:t>
      </w:r>
    </w:p>
    <w:sectPr w:rsidR="00631701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6563665">
    <w:abstractNumId w:val="8"/>
  </w:num>
  <w:num w:numId="2" w16cid:durableId="952055063">
    <w:abstractNumId w:val="6"/>
  </w:num>
  <w:num w:numId="3" w16cid:durableId="390157946">
    <w:abstractNumId w:val="5"/>
  </w:num>
  <w:num w:numId="4" w16cid:durableId="1663778127">
    <w:abstractNumId w:val="4"/>
  </w:num>
  <w:num w:numId="5" w16cid:durableId="1873302738">
    <w:abstractNumId w:val="7"/>
  </w:num>
  <w:num w:numId="6" w16cid:durableId="1361935777">
    <w:abstractNumId w:val="3"/>
  </w:num>
  <w:num w:numId="7" w16cid:durableId="524516310">
    <w:abstractNumId w:val="2"/>
  </w:num>
  <w:num w:numId="8" w16cid:durableId="9573752">
    <w:abstractNumId w:val="1"/>
  </w:num>
  <w:num w:numId="9" w16cid:durableId="1012490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31E3E"/>
    <w:rsid w:val="00631701"/>
    <w:rsid w:val="00A1268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D2F679"/>
  <w14:defaultImageDpi w14:val="300"/>
  <w15:docId w15:val="{301D053A-0DF4-436D-A513-22DC77120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9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은진 권</cp:lastModifiedBy>
  <cp:revision>2</cp:revision>
  <dcterms:created xsi:type="dcterms:W3CDTF">2013-12-23T23:15:00Z</dcterms:created>
  <dcterms:modified xsi:type="dcterms:W3CDTF">2026-05-05T17:07:00Z</dcterms:modified>
  <cp:category/>
</cp:coreProperties>
</file>